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Приложение № 11. Поправки к результатам военнослужащих</w:t>
      </w:r>
    </w:p>
    <w:p>
      <w:pPr>
        <w:jc w:val="center"/>
      </w:pPr>
      <w:r>
        <w:rPr>
          <w:rFonts w:ascii="Times New Roman" w:hAnsi="Times New Roman"/>
          <w:sz w:val="16"/>
        </w:rPr>
        <w:t>Таблицы и рекомендуемые формы воспроизведены по структуре приложения к Наставлению (редакция от 08.12.2025).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blHeader w:val="true"/>
        </w:trPr>
        <w:tc>
          <w:tcPr>
            <w:tcW w:type="dxa" w:w="808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N п/п</w:t>
            </w:r>
          </w:p>
        </w:tc>
        <w:tc>
          <w:tcPr>
            <w:tcW w:type="dxa" w:w="5962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Наименование физического упражнения</w:t>
            </w:r>
          </w:p>
        </w:tc>
        <w:tc>
          <w:tcPr>
            <w:tcW w:type="dxa" w:w="1399"/>
            <w:vMerge w:val="restart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Единица измерения</w:t>
            </w:r>
          </w:p>
        </w:tc>
        <w:tc>
          <w:tcPr>
            <w:tcW w:type="dxa" w:w="2378"/>
            <w:gridSpan w:val="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Поправка к результату</w:t>
            </w:r>
          </w:p>
        </w:tc>
      </w:tr>
      <w:tr>
        <w:trPr>
          <w:tblHeader w:val="true"/>
        </w:trPr>
        <w:tc>
          <w:tcPr>
            <w:tcW w:type="dxa" w:w="808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5962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399"/>
            <w:vMerge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/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а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б</w:t>
            </w:r>
          </w:p>
        </w:tc>
      </w:tr>
      <w:tr>
        <w:trPr>
          <w:tblHeader w:val="true"/>
        </w:trP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  <w:shd w:fill="E7E7E7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Бег на 400 м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- 2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Бег на 1 км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- 10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- 15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Бег на 3 км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мин,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- 0 мин 50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- 1 мин 00 с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Бег на 5 км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мин,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- 1 мин 00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- 2 мин 00 с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Лыжная гонка на 5 км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мин,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- 2 мин 00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- 2 мин 00 с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Восхождение на платформу (тумбу)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количество раз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+ 20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+ 30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Марш-бросок на 5 км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мин,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- 1 мин 30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- 2 мин 00 с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Марш-бросок на лыжах на 5 км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мин,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- 2 мин 00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 мин 00 с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Общее контрольное упражнение на единой полосе препятствий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Специальное контрольное упражнение для курсантов образовательных организаций, готовящих специалистов для подразделений и воинских частей Сухопутных войск (кроме танковых, зенитных ракетных, ракетных, инженерных и самоходных артиллерийских воинских частей, танковых подразделений мотострелковых воинских частей), морской пехоты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Специальное контрольное упражнение для курсантов образовательных организаций, готовящих специалистов для танковых, зенитных ракетных, ракетных, инженерных и самоходных артиллерийских воинских частей, танковых подразделений мотострелковых воинских частей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12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Специальное контрольное упражнение для военнослужащих Воздушно-десантных войск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Специальное контрольное упражнение для военнослужащих надводных кораблей и подводных лодок, курсантов образовательных организаций (учебных воинских частей), готовящих специалистов для надводных кораблей и подводных лодок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14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Специальное контрольное упражнение для военнослужащих горных подразделений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15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Общее контрольное упражнение на специальной полосе препятствий для военнослужащих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16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Общее контрольное упражнение на специальной морской полосе препятствий для военнослужащих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- 5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17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Челночный бег 4 x 100 м с оружием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- 2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- 3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18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Бег на 800 м с оружием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- 5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- 7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19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Бег на 3 км с метанием гранат и стрельбой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мин,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- 1 мин 20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- 2 мин 00 с</w:t>
            </w:r>
          </w:p>
        </w:tc>
      </w:tr>
      <w:tr>
        <w:tc>
          <w:tcPr>
            <w:tcW w:type="dxa" w:w="808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20</w:t>
            </w:r>
          </w:p>
        </w:tc>
        <w:tc>
          <w:tcPr>
            <w:tcW w:type="dxa" w:w="5962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Бег с преодолением полосы препятствий</w:t>
            </w:r>
          </w:p>
        </w:tc>
        <w:tc>
          <w:tcPr>
            <w:tcW w:type="dxa" w:w="139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мин,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- 0 мин 20 с</w:t>
            </w:r>
          </w:p>
        </w:tc>
        <w:tc>
          <w:tcPr>
            <w:tcW w:type="dxa" w:w="1189"/>
            <w:tcMar>
              <w:top w:w="20" w:type="dxa"/>
              <w:start w:w="20" w:type="dxa"/>
              <w:bottom w:w="20" w:type="dxa"/>
              <w:end w:w="2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 w:val="0"/>
                <w:sz w:val="18"/>
              </w:rPr>
              <w:t>- 0 мин 30 с</w:t>
            </w:r>
          </w:p>
        </w:tc>
      </w:tr>
    </w:tbl>
    <w:sectPr w:rsidR="00FC693F" w:rsidRPr="0006063C" w:rsidSect="00034616">
      <w:pgSz w:w="11906" w:h="16838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NormativFP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