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1. Варианты формы одежды для проведения физической подготовки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Таблица выбора формы одежды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3520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Температура воздуха (°C)</w:t>
            </w:r>
          </w:p>
        </w:tc>
        <w:tc>
          <w:tcPr>
            <w:tcW w:type="dxa" w:w="7027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Форма одежды</w:t>
            </w:r>
          </w:p>
        </w:tc>
      </w:tr>
      <w:tr>
        <w:trPr>
          <w:tblHeader w:val="true"/>
        </w:trPr>
        <w:tc>
          <w:tcPr>
            <w:tcW w:type="dxa" w:w="3520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72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при ветре менее 5 м/с</w:t>
            </w:r>
          </w:p>
        </w:tc>
        <w:tc>
          <w:tcPr>
            <w:tcW w:type="dxa" w:w="3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при ветре более 5 м/с</w:t>
            </w:r>
          </w:p>
        </w:tc>
      </w:tr>
      <w:tr>
        <w:tc>
          <w:tcPr>
            <w:tcW w:type="dxa" w:w="35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Выше +10 °C</w:t>
            </w:r>
          </w:p>
        </w:tc>
        <w:tc>
          <w:tcPr>
            <w:tcW w:type="dxa" w:w="372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1 (С, В), 2 (С, В), 4 (В)</w:t>
            </w:r>
          </w:p>
        </w:tc>
        <w:tc>
          <w:tcPr>
            <w:tcW w:type="dxa" w:w="3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2 (С, В)</w:t>
            </w:r>
          </w:p>
        </w:tc>
      </w:tr>
      <w:tr>
        <w:tc>
          <w:tcPr>
            <w:tcW w:type="dxa" w:w="35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От +5 °C до +10 °C</w:t>
            </w:r>
          </w:p>
        </w:tc>
        <w:tc>
          <w:tcPr>
            <w:tcW w:type="dxa" w:w="372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2 (С, В), 3 (С), 4 (В)</w:t>
            </w:r>
          </w:p>
        </w:tc>
        <w:tc>
          <w:tcPr>
            <w:tcW w:type="dxa" w:w="3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3 (С), 2 (В)</w:t>
            </w:r>
          </w:p>
        </w:tc>
      </w:tr>
      <w:tr>
        <w:tc>
          <w:tcPr>
            <w:tcW w:type="dxa" w:w="35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От +5 °C до -5 °C</w:t>
            </w:r>
          </w:p>
        </w:tc>
        <w:tc>
          <w:tcPr>
            <w:tcW w:type="dxa" w:w="372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3 (С, В), 4 (С, В)</w:t>
            </w:r>
          </w:p>
        </w:tc>
        <w:tc>
          <w:tcPr>
            <w:tcW w:type="dxa" w:w="3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3 (С, В), 4 (С, В)</w:t>
            </w:r>
          </w:p>
        </w:tc>
      </w:tr>
      <w:tr>
        <w:tc>
          <w:tcPr>
            <w:tcW w:type="dxa" w:w="3520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От -5 °C и ниже</w:t>
            </w:r>
          </w:p>
        </w:tc>
        <w:tc>
          <w:tcPr>
            <w:tcW w:type="dxa" w:w="3725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4 (С), 3 (В), 5 (В)</w:t>
            </w:r>
          </w:p>
        </w:tc>
        <w:tc>
          <w:tcPr>
            <w:tcW w:type="dxa" w:w="3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№ 4 (С), 3 (В), 5 (В)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